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03" w:rsidRDefault="00E30F4C">
      <w:pPr>
        <w:jc w:val="center"/>
      </w:pPr>
      <w:r>
        <w:rPr>
          <w:b/>
          <w:sz w:val="36"/>
        </w:rPr>
        <w:t>5</w:t>
      </w:r>
      <w:r>
        <w:rPr>
          <w:b/>
          <w:sz w:val="36"/>
        </w:rPr>
        <w:t xml:space="preserve"> and BET Program — Training Tutorial Video</w:t>
      </w:r>
    </w:p>
    <w:p w:rsidR="00F24103" w:rsidRDefault="00E30F4C">
      <w:pPr>
        <w:pStyle w:val="Heading1"/>
      </w:pPr>
      <w:r>
        <w:t>Introduction</w:t>
      </w:r>
    </w:p>
    <w:p w:rsidR="00F24103" w:rsidRDefault="00E30F4C">
      <w:r>
        <w:t>Hello, friends, and welcome to this new tutorial.</w:t>
      </w:r>
    </w:p>
    <w:p w:rsidR="00F24103" w:rsidRDefault="00E30F4C">
      <w:r>
        <w:t>In this video, I’ll explain, step by step, how to use the FIVE and BET program.</w:t>
      </w:r>
    </w:p>
    <w:p w:rsidR="00F24103" w:rsidRDefault="00E30F4C">
      <w:r>
        <w:t xml:space="preserve">Take your time and follow each step carefully. Once you understand how </w:t>
      </w:r>
      <w:r>
        <w:t>the program works, the process will be simple and easy to follow.</w:t>
      </w:r>
    </w:p>
    <w:p w:rsidR="00F24103" w:rsidRDefault="00E30F4C">
      <w:r>
        <w:t>First, open the practice file in Excel.</w:t>
      </w:r>
    </w:p>
    <w:p w:rsidR="00F24103" w:rsidRDefault="00E30F4C">
      <w:r>
        <w:t>This file is designed to help you practice and keep track of your results. As you progress through the training, you’ll be able to review your results</w:t>
      </w:r>
      <w:r>
        <w:t>, compare your wins and losses, and better understand how the system performs over time.</w:t>
      </w:r>
    </w:p>
    <w:p w:rsidR="00F24103" w:rsidRDefault="00E30F4C">
      <w:r>
        <w:t>Now, let’s get started.</w:t>
      </w:r>
    </w:p>
    <w:p w:rsidR="00F24103" w:rsidRDefault="00E30F4C">
      <w:pPr>
        <w:pStyle w:val="Heading1"/>
      </w:pPr>
      <w:r>
        <w:t>Step 1: Find the 12 Numbers</w:t>
      </w:r>
    </w:p>
    <w:p w:rsidR="00F24103" w:rsidRDefault="00E30F4C">
      <w:r>
        <w:t>As usual, find 12 consecutive roulette spins without any repeated numbers.</w:t>
      </w:r>
    </w:p>
    <w:p w:rsidR="00F24103" w:rsidRDefault="00E30F4C">
      <w:pPr>
        <w:pStyle w:val="Heading1"/>
      </w:pPr>
      <w:r>
        <w:t>Step 2: Extract the Target Numbers</w:t>
      </w:r>
    </w:p>
    <w:p w:rsidR="00F24103" w:rsidRDefault="00E30F4C">
      <w:r>
        <w:t xml:space="preserve">Open </w:t>
      </w:r>
      <w:r>
        <w:t>the Target Extraction program and enter the 12 numbers.</w:t>
      </w:r>
    </w:p>
    <w:p w:rsidR="00F24103" w:rsidRDefault="00E30F4C">
      <w:r>
        <w:t>The program will analyze them and extract the target numbers.</w:t>
      </w:r>
    </w:p>
    <w:p w:rsidR="00F24103" w:rsidRDefault="00E30F4C">
      <w:pPr>
        <w:pStyle w:val="Heading1"/>
      </w:pPr>
      <w:r>
        <w:t>Step 3: Enter the Results</w:t>
      </w:r>
    </w:p>
    <w:p w:rsidR="00F24103" w:rsidRDefault="00E30F4C">
      <w:r>
        <w:t>Now, enter the results into the program.</w:t>
      </w:r>
    </w:p>
    <w:p w:rsidR="00F24103" w:rsidRDefault="00E30F4C">
      <w:r>
        <w:t>We will need 18 extracted numbers. These numbers will form Group A, whi</w:t>
      </w:r>
      <w:r>
        <w:t>le the remaining 18 numbers will form Group B.</w:t>
      </w:r>
    </w:p>
    <w:p w:rsidR="00F24103" w:rsidRDefault="00E30F4C">
      <w:r>
        <w:t>So, we have two groups of 18 numbers: Group A and Group B.</w:t>
      </w:r>
    </w:p>
    <w:p w:rsidR="00F24103" w:rsidRDefault="00E30F4C">
      <w:r>
        <w:t>We will also need 10 numbers representing the closed-loop spins.</w:t>
      </w:r>
    </w:p>
    <w:p w:rsidR="00F24103" w:rsidRDefault="00E30F4C">
      <w:pPr>
        <w:pStyle w:val="Heading1"/>
      </w:pPr>
      <w:r>
        <w:t>Step 4: Find Your Betting Target</w:t>
      </w:r>
    </w:p>
    <w:p w:rsidR="00F24103" w:rsidRDefault="00E30F4C">
      <w:r>
        <w:t>This step requires a little more attention.</w:t>
      </w:r>
    </w:p>
    <w:p w:rsidR="00F24103" w:rsidRDefault="00E30F4C">
      <w:r>
        <w:t>As you c</w:t>
      </w:r>
      <w:r>
        <w:t>an see, we first play 16 spins.</w:t>
      </w:r>
    </w:p>
    <w:p w:rsidR="00F24103" w:rsidRDefault="00E30F4C">
      <w:r>
        <w:lastRenderedPageBreak/>
        <w:t>After completing the 16 spins, start entering the results one spin at a time by clicking the Group A or Group B button according to the result of each spin.</w:t>
      </w:r>
    </w:p>
    <w:p w:rsidR="00F24103" w:rsidRDefault="00E30F4C">
      <w:r>
        <w:t>Continue entering the results until a message appears indicating ho</w:t>
      </w:r>
      <w:r>
        <w:t>w to place the bet.</w:t>
      </w:r>
    </w:p>
    <w:p w:rsidR="00F24103" w:rsidRDefault="00E30F4C">
      <w:r>
        <w:t>Now, the message has appeared on the screen.</w:t>
      </w:r>
    </w:p>
    <w:p w:rsidR="00F24103" w:rsidRDefault="00E30F4C">
      <w:r>
        <w:t>This message tells us to play five spins and then place the bet using five units.</w:t>
      </w:r>
    </w:p>
    <w:p w:rsidR="00F24103" w:rsidRDefault="00E30F4C">
      <w:r>
        <w:t>Keep watching the video carefully to see exactly how this process works.</w:t>
      </w:r>
    </w:p>
    <w:p w:rsidR="00F24103" w:rsidRDefault="00E30F4C">
      <w:pPr>
        <w:pStyle w:val="Heading1"/>
      </w:pPr>
      <w:r>
        <w:t>Step 5: Place the Bet</w:t>
      </w:r>
    </w:p>
    <w:p w:rsidR="00F24103" w:rsidRDefault="00E30F4C">
      <w:r>
        <w:t>Okay, now we c</w:t>
      </w:r>
      <w:r>
        <w:t>ome to the fifth and final step.</w:t>
      </w:r>
    </w:p>
    <w:p w:rsidR="00F24103" w:rsidRDefault="00E30F4C">
      <w:r>
        <w:t>We will now play five spins.</w:t>
      </w:r>
    </w:p>
    <w:p w:rsidR="00F24103" w:rsidRDefault="00E30F4C">
      <w:r>
        <w:t>After completing the five spins, take the fifth number and identify which group it belongs to: Group A or Group B.</w:t>
      </w:r>
    </w:p>
    <w:p w:rsidR="00F24103" w:rsidRDefault="00E30F4C">
      <w:r>
        <w:t>Then, place the bet on the corresponding group.</w:t>
      </w:r>
    </w:p>
    <w:p w:rsidR="00F24103" w:rsidRDefault="00E30F4C">
      <w:r>
        <w:t xml:space="preserve">If you win, remove one unit. </w:t>
      </w:r>
      <w:r>
        <w:t>Then, play another five spins and place the bet on the group corresponding to the fifth number.</w:t>
      </w:r>
    </w:p>
    <w:p w:rsidR="00F24103" w:rsidRDefault="00E30F4C">
      <w:r>
        <w:t>If you lose, increase your bet according to the staking system and continue until you win.</w:t>
      </w:r>
    </w:p>
    <w:p w:rsidR="00F24103" w:rsidRDefault="00E30F4C">
      <w:r>
        <w:t>Now, pay close attention to the video to see exactly how this process</w:t>
      </w:r>
      <w:r>
        <w:t xml:space="preserve"> works.</w:t>
      </w:r>
    </w:p>
    <w:p w:rsidR="00F24103" w:rsidRDefault="00E30F4C">
      <w:r>
        <w:t>After you have won five units, play the next eight spins. Then, continue following all the steps we have explained until you reach your training target of €50 in profit.</w:t>
      </w:r>
    </w:p>
    <w:p w:rsidR="00F24103" w:rsidRDefault="00E30F4C">
      <w:r>
        <w:t>Once you reach €50 in profit, stop playing.</w:t>
      </w:r>
    </w:p>
    <w:p w:rsidR="00F24103" w:rsidRDefault="00E30F4C">
      <w:r>
        <w:t>Each time you reach €50 in profit,</w:t>
      </w:r>
      <w:r>
        <w:t xml:space="preserve"> record the result in your Excel training file.</w:t>
      </w:r>
    </w:p>
    <w:p w:rsidR="00F24103" w:rsidRDefault="00E30F4C">
      <w:r>
        <w:t>Then, start a new session and continue tracking your results in the same way.</w:t>
      </w:r>
    </w:p>
    <w:p w:rsidR="00F24103" w:rsidRDefault="00E30F4C">
      <w:r>
        <w:t>By recording each session in the Excel file, you can monitor your results and review your overall profits and losses throughout th</w:t>
      </w:r>
      <w:r>
        <w:t>e training period.</w:t>
      </w:r>
    </w:p>
    <w:p w:rsidR="00F24103" w:rsidRDefault="00E30F4C">
      <w:pPr>
        <w:pStyle w:val="Heading1"/>
      </w:pPr>
      <w:r>
        <w:t>Conclusion</w:t>
      </w:r>
    </w:p>
    <w:p w:rsidR="00F24103" w:rsidRDefault="00E30F4C">
      <w:r>
        <w:t>Thank you for your interest and for watching this tutorial.</w:t>
      </w:r>
    </w:p>
    <w:p w:rsidR="00F24103" w:rsidRDefault="00E30F4C">
      <w:r>
        <w:lastRenderedPageBreak/>
        <w:t>We hope this video has helped you understand how to use the program and follow the steps correctly.</w:t>
      </w:r>
    </w:p>
    <w:p w:rsidR="00F24103" w:rsidRDefault="00E30F4C">
      <w:r>
        <w:t>If you have any questions or need assistance, please don’t hesitat</w:t>
      </w:r>
      <w:r>
        <w:t>e to contact our support team.</w:t>
      </w:r>
    </w:p>
    <w:p w:rsidR="00F24103" w:rsidRDefault="00E30F4C">
      <w:r>
        <w:t>Thank you again, and we wish you a successful training experience.</w:t>
      </w:r>
    </w:p>
    <w:sectPr w:rsidR="00F2410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30F4C"/>
    <w:rsid w:val="00F24103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2026-08-18T00:27:00Z</dcterms:modified>
  <cp:category/>
</cp:coreProperties>
</file>