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F60" w:rsidRDefault="00701F60" w:rsidP="00701F60">
      <w:pPr>
        <w:rPr>
          <w:rFonts w:asciiTheme="minorBidi" w:hAnsiTheme="minorBidi"/>
          <w:sz w:val="24"/>
          <w:szCs w:val="24"/>
        </w:rPr>
      </w:pPr>
      <w:r>
        <w:rPr>
          <w:b/>
          <w:sz w:val="36"/>
        </w:rPr>
        <w:t xml:space="preserve">           A&amp;B 3U BET Program—Tutorial Video</w:t>
      </w:r>
    </w:p>
    <w:p w:rsidR="00701F60" w:rsidRDefault="00701F60" w:rsidP="00701F60">
      <w:pPr>
        <w:rPr>
          <w:rFonts w:asciiTheme="minorBidi" w:hAnsiTheme="minorBidi"/>
          <w:sz w:val="24"/>
          <w:szCs w:val="24"/>
        </w:rPr>
      </w:pPr>
    </w:p>
    <w:p w:rsidR="002509C0" w:rsidRPr="00701F60" w:rsidRDefault="00DC0D77" w:rsidP="00701F60">
      <w:pPr>
        <w:rPr>
          <w:rFonts w:asciiTheme="minorBidi" w:hAnsiTheme="minorBidi"/>
          <w:sz w:val="24"/>
          <w:szCs w:val="24"/>
        </w:rPr>
      </w:pPr>
      <w:r w:rsidRPr="00701F60">
        <w:rPr>
          <w:rFonts w:asciiTheme="minorBidi" w:hAnsiTheme="minorBidi"/>
          <w:sz w:val="24"/>
          <w:szCs w:val="24"/>
        </w:rPr>
        <w:t>[00:00:00]-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00:00:32]</w:t>
      </w:r>
      <w:r w:rsidRPr="00701F60">
        <w:rPr>
          <w:rFonts w:asciiTheme="minorBidi" w:hAnsiTheme="minorBidi"/>
          <w:sz w:val="24"/>
          <w:szCs w:val="24"/>
        </w:rPr>
        <w:br/>
        <w:t>Welcome to this new tutorial.</w:t>
      </w:r>
      <w:r w:rsidRPr="00701F60">
        <w:rPr>
          <w:rFonts w:asciiTheme="minorBidi" w:hAnsiTheme="minorBidi"/>
          <w:sz w:val="24"/>
          <w:szCs w:val="24"/>
        </w:rPr>
        <w:br/>
        <w:t>In this video I'll explain, step by step, how to use the A&amp;B 3U program.</w:t>
      </w:r>
      <w:r w:rsidRPr="00701F60">
        <w:rPr>
          <w:rFonts w:asciiTheme="minorBidi" w:hAnsiTheme="minorBidi"/>
          <w:sz w:val="24"/>
          <w:szCs w:val="24"/>
        </w:rPr>
        <w:br/>
        <w:t>Take your time and follow each step carefully.</w:t>
      </w:r>
      <w:r w:rsidRPr="00701F60">
        <w:rPr>
          <w:rFonts w:asciiTheme="minorBidi" w:hAnsiTheme="minorBidi"/>
          <w:sz w:val="24"/>
          <w:szCs w:val="24"/>
        </w:rPr>
        <w:br/>
        <w:t>Once you understand how the system works, the process is simple and easy to follow.</w:t>
      </w:r>
      <w:r w:rsidRPr="00701F60">
        <w:rPr>
          <w:rFonts w:asciiTheme="minorBidi" w:hAnsiTheme="minorBidi"/>
          <w:sz w:val="24"/>
          <w:szCs w:val="24"/>
        </w:rPr>
        <w:br/>
        <w:t>First, open the training file in Excel.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This file is designed to help you practice and keep track of your results.</w:t>
      </w:r>
      <w:r w:rsidRPr="00701F60">
        <w:rPr>
          <w:rFonts w:asciiTheme="minorBidi" w:hAnsiTheme="minorBidi"/>
          <w:sz w:val="24"/>
          <w:szCs w:val="24"/>
        </w:rPr>
        <w:br/>
        <w:t>As you progress, you'll be able to compare your profits and losses, see how the program works</w:t>
      </w:r>
      <w:proofErr w:type="gramStart"/>
      <w:r w:rsidRPr="00701F60">
        <w:rPr>
          <w:rFonts w:asciiTheme="minorBidi" w:hAnsiTheme="minorBidi"/>
          <w:sz w:val="24"/>
          <w:szCs w:val="24"/>
        </w:rPr>
        <w:t>,</w:t>
      </w:r>
      <w:proofErr w:type="gramEnd"/>
      <w:r w:rsidRPr="00701F60">
        <w:rPr>
          <w:rFonts w:asciiTheme="minorBidi" w:hAnsiTheme="minorBidi"/>
          <w:sz w:val="24"/>
          <w:szCs w:val="24"/>
        </w:rPr>
        <w:br/>
        <w:t>and gain a better understanding of the system's performance over time.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[00:00:33]-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00:01:10]</w:t>
      </w:r>
      <w:r w:rsidRPr="00701F60">
        <w:rPr>
          <w:rFonts w:asciiTheme="minorBidi" w:hAnsiTheme="minorBidi"/>
          <w:sz w:val="24"/>
          <w:szCs w:val="24"/>
        </w:rPr>
        <w:br/>
        <w:t>Let's get started.</w:t>
      </w:r>
      <w:r w:rsidRPr="00701F60">
        <w:rPr>
          <w:rFonts w:asciiTheme="minorBidi" w:hAnsiTheme="minorBidi"/>
          <w:sz w:val="24"/>
          <w:szCs w:val="24"/>
        </w:rPr>
        <w:br/>
        <w:t>The program is based on Group A and Group B, with three units in total.</w:t>
      </w:r>
      <w:r w:rsidRPr="00701F60">
        <w:rPr>
          <w:rFonts w:asciiTheme="minorBidi" w:hAnsiTheme="minorBidi"/>
          <w:sz w:val="24"/>
          <w:szCs w:val="24"/>
        </w:rPr>
        <w:br/>
        <w:t xml:space="preserve">Step </w:t>
      </w:r>
      <w:proofErr w:type="gramStart"/>
      <w:r w:rsidRPr="00701F60">
        <w:rPr>
          <w:rFonts w:asciiTheme="minorBidi" w:hAnsiTheme="minorBidi"/>
          <w:sz w:val="24"/>
          <w:szCs w:val="24"/>
        </w:rPr>
        <w:t>one,</w:t>
      </w:r>
      <w:proofErr w:type="gramEnd"/>
      <w:r w:rsidRPr="00701F60">
        <w:rPr>
          <w:rFonts w:asciiTheme="minorBidi" w:hAnsiTheme="minorBidi"/>
          <w:sz w:val="24"/>
          <w:szCs w:val="24"/>
        </w:rPr>
        <w:t xml:space="preserve"> find 12 consecutive roulette spins without any repeated numbers, just as you did before.</w:t>
      </w:r>
      <w:r w:rsidRPr="00701F60">
        <w:rPr>
          <w:rFonts w:asciiTheme="minorBidi" w:hAnsiTheme="minorBidi"/>
          <w:sz w:val="24"/>
          <w:szCs w:val="24"/>
        </w:rPr>
        <w:br/>
        <w:t>Step two, open the target extraction program and use it to analyze those 12 numbers.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[00:01:32]-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00:02:07]</w:t>
      </w:r>
      <w:r w:rsidRPr="00701F60">
        <w:rPr>
          <w:rFonts w:asciiTheme="minorBidi" w:hAnsiTheme="minorBidi"/>
          <w:sz w:val="24"/>
          <w:szCs w:val="24"/>
        </w:rPr>
        <w:br/>
        <w:t>Step 3.</w:t>
      </w:r>
      <w:r w:rsidRPr="00701F60">
        <w:rPr>
          <w:rFonts w:asciiTheme="minorBidi" w:hAnsiTheme="minorBidi"/>
          <w:sz w:val="24"/>
          <w:szCs w:val="24"/>
        </w:rPr>
        <w:br/>
        <w:t>Enter the results.</w:t>
      </w:r>
      <w:r w:rsidRPr="00701F60">
        <w:rPr>
          <w:rFonts w:asciiTheme="minorBidi" w:hAnsiTheme="minorBidi"/>
          <w:sz w:val="24"/>
          <w:szCs w:val="24"/>
        </w:rPr>
        <w:br/>
        <w:t>Now enter the results into the program.</w:t>
      </w:r>
      <w:r w:rsidRPr="00701F60">
        <w:rPr>
          <w:rFonts w:asciiTheme="minorBidi" w:hAnsiTheme="minorBidi"/>
          <w:sz w:val="24"/>
          <w:szCs w:val="24"/>
        </w:rPr>
        <w:br/>
        <w:t>We will need 18 extracted numbers.</w:t>
      </w:r>
      <w:r w:rsidRPr="00701F60">
        <w:rPr>
          <w:rFonts w:asciiTheme="minorBidi" w:hAnsiTheme="minorBidi"/>
          <w:sz w:val="24"/>
          <w:szCs w:val="24"/>
        </w:rPr>
        <w:br/>
        <w:t>These numbers will form Group A, while the remaining 18 numbers will form Group B.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So we have two groups of 18 numbers each, Group A and Group B.</w:t>
      </w:r>
      <w:r w:rsidRPr="00701F60">
        <w:rPr>
          <w:rFonts w:asciiTheme="minorBidi" w:hAnsiTheme="minorBidi"/>
          <w:sz w:val="24"/>
          <w:szCs w:val="24"/>
        </w:rPr>
        <w:br/>
        <w:t>We will also need 10 numbers representing the closed loop spins.</w:t>
      </w:r>
      <w:r w:rsidRPr="00701F60">
        <w:rPr>
          <w:rFonts w:asciiTheme="minorBidi" w:hAnsiTheme="minorBidi"/>
          <w:sz w:val="24"/>
          <w:szCs w:val="24"/>
        </w:rPr>
        <w:br/>
        <w:t>Step four, setting your betting goal.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[00:02:09]-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00:02:47]</w:t>
      </w:r>
      <w:r w:rsidRPr="00701F60">
        <w:rPr>
          <w:rFonts w:asciiTheme="minorBidi" w:hAnsiTheme="minorBidi"/>
          <w:sz w:val="24"/>
          <w:szCs w:val="24"/>
        </w:rPr>
        <w:br/>
        <w:t>This step requires more focus.</w:t>
      </w:r>
      <w:r w:rsidRPr="00701F60">
        <w:rPr>
          <w:rFonts w:asciiTheme="minorBidi" w:hAnsiTheme="minorBidi"/>
          <w:sz w:val="24"/>
          <w:szCs w:val="24"/>
        </w:rPr>
        <w:br/>
        <w:t>As you can see, we start by playing 18 rounds.</w:t>
      </w:r>
      <w:r w:rsidRPr="00701F60">
        <w:rPr>
          <w:rFonts w:asciiTheme="minorBidi" w:hAnsiTheme="minorBidi"/>
          <w:sz w:val="24"/>
          <w:szCs w:val="24"/>
        </w:rPr>
        <w:br/>
        <w:t xml:space="preserve">After completing the 18 rounds, enter the results one by one by pressing the </w:t>
      </w:r>
      <w:r w:rsidRPr="00701F60">
        <w:rPr>
          <w:rFonts w:asciiTheme="minorBidi" w:hAnsiTheme="minorBidi"/>
          <w:sz w:val="24"/>
          <w:szCs w:val="24"/>
        </w:rPr>
        <w:lastRenderedPageBreak/>
        <w:t>Group A or Group B button</w:t>
      </w:r>
      <w:proofErr w:type="gramStart"/>
      <w:r w:rsidRPr="00701F60">
        <w:rPr>
          <w:rFonts w:asciiTheme="minorBidi" w:hAnsiTheme="minorBidi"/>
          <w:sz w:val="24"/>
          <w:szCs w:val="24"/>
        </w:rPr>
        <w:t>,</w:t>
      </w:r>
      <w:proofErr w:type="gramEnd"/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[00:02:47]-&gt;[00:03:19]</w:t>
      </w:r>
      <w:r w:rsidRPr="00701F60">
        <w:rPr>
          <w:rFonts w:asciiTheme="minorBidi" w:hAnsiTheme="minorBidi"/>
          <w:sz w:val="24"/>
          <w:szCs w:val="24"/>
        </w:rPr>
        <w:br/>
        <w:t>depending on the result of each round.</w:t>
      </w:r>
      <w:r w:rsidRPr="00701F60">
        <w:rPr>
          <w:rFonts w:asciiTheme="minorBidi" w:hAnsiTheme="minorBidi"/>
          <w:sz w:val="24"/>
          <w:szCs w:val="24"/>
        </w:rPr>
        <w:br/>
        <w:t>Continue entering the results until a message appears explaining when and where to place your bet.</w:t>
      </w:r>
      <w:r w:rsidRPr="00701F60">
        <w:rPr>
          <w:rFonts w:asciiTheme="minorBidi" w:hAnsiTheme="minorBidi"/>
          <w:sz w:val="24"/>
          <w:szCs w:val="24"/>
        </w:rPr>
        <w:br/>
        <w:t>Now, the message has appeared on the screen.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[00:03:20]-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00:04:06]</w:t>
      </w:r>
      <w:r w:rsidRPr="00701F60">
        <w:rPr>
          <w:rFonts w:asciiTheme="minorBidi" w:hAnsiTheme="minorBidi"/>
          <w:sz w:val="24"/>
          <w:szCs w:val="24"/>
        </w:rPr>
        <w:br/>
        <w:t>This message tells us to play 8 spins and then place the bet on group A.</w:t>
      </w:r>
      <w:r w:rsidRPr="00701F60">
        <w:rPr>
          <w:rFonts w:asciiTheme="minorBidi" w:hAnsiTheme="minorBidi"/>
          <w:sz w:val="24"/>
          <w:szCs w:val="24"/>
        </w:rPr>
        <w:br/>
        <w:t>Watch the video carefully to fully understand how this process works.</w:t>
      </w:r>
      <w:r w:rsidRPr="00701F60">
        <w:rPr>
          <w:rFonts w:asciiTheme="minorBidi" w:hAnsiTheme="minorBidi"/>
          <w:sz w:val="24"/>
          <w:szCs w:val="24"/>
        </w:rPr>
        <w:br/>
        <w:t>Here we play 3 units in each round, and I will write the number 1 as a reminder</w:t>
      </w:r>
      <w:r w:rsidR="00FE3C81">
        <w:rPr>
          <w:rFonts w:asciiTheme="minorBidi" w:hAnsiTheme="minorBidi"/>
          <w:sz w:val="24"/>
          <w:szCs w:val="24"/>
        </w:rPr>
        <w:t>.</w:t>
      </w:r>
      <w:r w:rsidR="00FE3C81">
        <w:rPr>
          <w:rFonts w:asciiTheme="minorBidi" w:hAnsiTheme="minorBidi"/>
          <w:sz w:val="24"/>
          <w:szCs w:val="24"/>
        </w:rPr>
        <w:br/>
      </w:r>
      <w:r w:rsidR="00FE3C81">
        <w:rPr>
          <w:rFonts w:asciiTheme="minorBidi" w:hAnsiTheme="minorBidi"/>
          <w:sz w:val="24"/>
          <w:szCs w:val="24"/>
        </w:rPr>
        <w:br/>
      </w:r>
      <w:proofErr w:type="gramStart"/>
      <w:r w:rsidR="00FE3C81">
        <w:rPr>
          <w:rFonts w:asciiTheme="minorBidi" w:hAnsiTheme="minorBidi"/>
          <w:sz w:val="24"/>
          <w:szCs w:val="24"/>
        </w:rPr>
        <w:t>Step 5.</w:t>
      </w:r>
      <w:proofErr w:type="gramEnd"/>
      <w:r w:rsidR="00FE3C81">
        <w:rPr>
          <w:rFonts w:asciiTheme="minorBidi" w:hAnsiTheme="minorBidi"/>
          <w:sz w:val="24"/>
          <w:szCs w:val="24"/>
        </w:rPr>
        <w:br/>
        <w:t>Okay, now I'll play 8</w:t>
      </w:r>
      <w:r w:rsidRPr="00701F60">
        <w:rPr>
          <w:rFonts w:asciiTheme="minorBidi" w:hAnsiTheme="minorBidi"/>
          <w:sz w:val="24"/>
          <w:szCs w:val="24"/>
        </w:rPr>
        <w:t xml:space="preserve"> spins and then place the bet on group A.</w:t>
      </w:r>
      <w:r w:rsidRPr="00701F60">
        <w:rPr>
          <w:rFonts w:asciiTheme="minorBidi" w:hAnsiTheme="minorBidi"/>
          <w:sz w:val="24"/>
          <w:szCs w:val="24"/>
        </w:rPr>
        <w:br/>
        <w:t>If you win, continue betting on the same group, Group A until you get a loss.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[00:04:07]-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00:04:40]</w:t>
      </w:r>
      <w:r w:rsidRPr="00701F60">
        <w:rPr>
          <w:rFonts w:asciiTheme="minorBidi" w:hAnsiTheme="minorBidi"/>
          <w:sz w:val="24"/>
          <w:szCs w:val="24"/>
        </w:rPr>
        <w:br/>
        <w:t>If you lose, double your bet on Group A and continue betting until you win again, as shown in the video.</w:t>
      </w:r>
      <w:r w:rsidRPr="00701F60">
        <w:rPr>
          <w:rFonts w:asciiTheme="minorBidi" w:hAnsiTheme="minorBidi"/>
          <w:sz w:val="24"/>
          <w:szCs w:val="24"/>
        </w:rPr>
        <w:br/>
        <w:t>Now we will search for Unit 2.</w:t>
      </w:r>
      <w:r w:rsidRPr="00701F60">
        <w:rPr>
          <w:rFonts w:asciiTheme="minorBidi" w:hAnsiTheme="minorBidi"/>
          <w:sz w:val="24"/>
          <w:szCs w:val="24"/>
        </w:rPr>
        <w:br/>
        <w:t>We will mark this unit as Unit 2 to track our progress and avoid any confusion.</w:t>
      </w:r>
      <w:r w:rsidRPr="00701F60">
        <w:rPr>
          <w:rFonts w:asciiTheme="minorBidi" w:hAnsiTheme="minorBidi"/>
          <w:sz w:val="24"/>
          <w:szCs w:val="24"/>
        </w:rPr>
        <w:br/>
        <w:t>Following the same steps we used for Unit 1.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Continue playing one spin at a time.</w:t>
      </w:r>
      <w:r w:rsidRPr="00701F60">
        <w:rPr>
          <w:rFonts w:asciiTheme="minorBidi" w:hAnsiTheme="minorBidi"/>
          <w:sz w:val="24"/>
          <w:szCs w:val="24"/>
        </w:rPr>
        <w:br/>
        <w:t>After each spin, click the corresponding A or B result button.</w:t>
      </w:r>
      <w:r w:rsidRPr="00701F60">
        <w:rPr>
          <w:rFonts w:asciiTheme="minorBidi" w:hAnsiTheme="minorBidi"/>
          <w:sz w:val="24"/>
          <w:szCs w:val="24"/>
        </w:rPr>
        <w:br/>
        <w:t>Continue entering the results until a message appears indicating where to place your bet.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[00:04:50]-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00:05:28]</w:t>
      </w:r>
      <w:r w:rsidRPr="00701F60">
        <w:rPr>
          <w:rFonts w:asciiTheme="minorBidi" w:hAnsiTheme="minorBidi"/>
          <w:sz w:val="24"/>
          <w:szCs w:val="24"/>
        </w:rPr>
        <w:br/>
        <w:t>This message tells us to play four spins and then place the bet on Group A.</w:t>
      </w:r>
      <w:r w:rsidRPr="00701F60">
        <w:rPr>
          <w:rFonts w:asciiTheme="minorBidi" w:hAnsiTheme="minorBidi"/>
          <w:sz w:val="24"/>
          <w:szCs w:val="24"/>
        </w:rPr>
        <w:br/>
        <w:t>Okay, now I'll play four spins and then place the bet on Group A.</w:t>
      </w:r>
      <w:r w:rsidRPr="00701F60">
        <w:rPr>
          <w:rFonts w:asciiTheme="minorBidi" w:hAnsiTheme="minorBidi"/>
          <w:sz w:val="24"/>
          <w:szCs w:val="24"/>
        </w:rPr>
        <w:br/>
        <w:t>I'll keep betting on the same group while winning.</w:t>
      </w:r>
      <w:r w:rsidRPr="00701F60">
        <w:rPr>
          <w:rFonts w:asciiTheme="minorBidi" w:hAnsiTheme="minorBidi"/>
          <w:sz w:val="24"/>
          <w:szCs w:val="24"/>
        </w:rPr>
        <w:br/>
        <w:t>If I lose, I'll increase the bet and continue until I win.</w:t>
      </w:r>
      <w:r w:rsidRPr="00701F60">
        <w:rPr>
          <w:rFonts w:asciiTheme="minorBidi" w:hAnsiTheme="minorBidi"/>
          <w:sz w:val="24"/>
          <w:szCs w:val="24"/>
        </w:rPr>
        <w:br/>
        <w:t>Okay, now we will move on to the third and final unit of this tour.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[00:05:28]-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00:06:31]</w:t>
      </w:r>
      <w:r w:rsidRPr="00701F60">
        <w:rPr>
          <w:rFonts w:asciiTheme="minorBidi" w:hAnsiTheme="minorBidi"/>
          <w:sz w:val="24"/>
          <w:szCs w:val="24"/>
        </w:rPr>
        <w:br/>
        <w:t>We will apply everything we have learned so far to get the best possible results.</w:t>
      </w:r>
      <w:r w:rsidRPr="00701F60">
        <w:rPr>
          <w:rFonts w:asciiTheme="minorBidi" w:hAnsiTheme="minorBidi"/>
          <w:sz w:val="24"/>
          <w:szCs w:val="24"/>
        </w:rPr>
        <w:br/>
        <w:t>Watch the video carefully and follow each step closely.</w:t>
      </w:r>
      <w:r w:rsidRPr="00701F60">
        <w:rPr>
          <w:rFonts w:asciiTheme="minorBidi" w:hAnsiTheme="minorBidi"/>
          <w:sz w:val="24"/>
          <w:szCs w:val="24"/>
        </w:rPr>
        <w:br/>
        <w:t>After completing the first round, we slowly move on to the second round.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lastRenderedPageBreak/>
        <w:br/>
        <w:t>[00:06:32]-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00:07:03]</w:t>
      </w:r>
      <w:r w:rsidRPr="00701F60">
        <w:rPr>
          <w:rFonts w:asciiTheme="minorBidi" w:hAnsiTheme="minorBidi"/>
          <w:sz w:val="24"/>
          <w:szCs w:val="24"/>
        </w:rPr>
        <w:br/>
        <w:t>We play seven spins.</w:t>
      </w:r>
      <w:r w:rsidRPr="00701F60">
        <w:rPr>
          <w:rFonts w:asciiTheme="minorBidi" w:hAnsiTheme="minorBidi"/>
          <w:sz w:val="24"/>
          <w:szCs w:val="24"/>
        </w:rPr>
        <w:br/>
        <w:t>Then we begin searching for three more units.</w:t>
      </w:r>
      <w:r w:rsidRPr="00701F60">
        <w:rPr>
          <w:rFonts w:asciiTheme="minorBidi" w:hAnsiTheme="minorBidi"/>
          <w:sz w:val="24"/>
          <w:szCs w:val="24"/>
        </w:rPr>
        <w:br/>
        <w:t xml:space="preserve">You will continue applying what you have learned in each session until you earn 50 euros, </w:t>
      </w:r>
      <w:proofErr w:type="gramStart"/>
      <w:r w:rsidRPr="00701F60">
        <w:rPr>
          <w:rFonts w:asciiTheme="minorBidi" w:hAnsiTheme="minorBidi"/>
          <w:sz w:val="24"/>
          <w:szCs w:val="24"/>
        </w:rPr>
        <w:t>then</w:t>
      </w:r>
      <w:proofErr w:type="gramEnd"/>
      <w:r w:rsidRPr="00701F60">
        <w:rPr>
          <w:rFonts w:asciiTheme="minorBidi" w:hAnsiTheme="minorBidi"/>
          <w:sz w:val="24"/>
          <w:szCs w:val="24"/>
        </w:rPr>
        <w:t xml:space="preserve"> leave the game.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Each time you earn 50 euros, record the result in your Excel training file.</w:t>
      </w:r>
      <w:r w:rsidRPr="00701F60">
        <w:rPr>
          <w:rFonts w:asciiTheme="minorBidi" w:hAnsiTheme="minorBidi"/>
          <w:sz w:val="24"/>
          <w:szCs w:val="24"/>
        </w:rPr>
        <w:br/>
        <w:t>Then start a new session.</w:t>
      </w:r>
      <w:r w:rsidRPr="00701F60">
        <w:rPr>
          <w:rFonts w:asciiTheme="minorBidi" w:hAnsiTheme="minorBidi"/>
          <w:sz w:val="24"/>
          <w:szCs w:val="24"/>
        </w:rPr>
        <w:br/>
        <w:t>Before starting again, clear your browser and aim to earn another 50 euros.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  <w:t>[00:07:04]-</w:t>
      </w:r>
      <w:proofErr w:type="gramStart"/>
      <w:r w:rsidRPr="00701F60">
        <w:rPr>
          <w:rFonts w:asciiTheme="minorBidi" w:hAnsiTheme="minorBidi"/>
          <w:sz w:val="24"/>
          <w:szCs w:val="24"/>
        </w:rPr>
        <w:t>&gt;[</w:t>
      </w:r>
      <w:proofErr w:type="gramEnd"/>
      <w:r w:rsidRPr="00701F60">
        <w:rPr>
          <w:rFonts w:asciiTheme="minorBidi" w:hAnsiTheme="minorBidi"/>
          <w:sz w:val="24"/>
          <w:szCs w:val="24"/>
        </w:rPr>
        <w:t>00:07:30]</w:t>
      </w:r>
      <w:r w:rsidRPr="00701F60">
        <w:rPr>
          <w:rFonts w:asciiTheme="minorBidi" w:hAnsiTheme="minorBidi"/>
          <w:sz w:val="24"/>
          <w:szCs w:val="24"/>
        </w:rPr>
        <w:br/>
        <w:t>By recording each session in your Excel file, you can track your profits and losses and evaluate your overall results throughout the training period.</w:t>
      </w:r>
      <w:r w:rsidRPr="00701F60">
        <w:rPr>
          <w:rFonts w:asciiTheme="minorBidi" w:hAnsiTheme="minorBidi"/>
          <w:sz w:val="24"/>
          <w:szCs w:val="24"/>
        </w:rPr>
        <w:br/>
        <w:t>Thank you for your interest and participation.</w:t>
      </w:r>
      <w:r w:rsidRPr="00701F60">
        <w:rPr>
          <w:rFonts w:asciiTheme="minorBidi" w:hAnsiTheme="minorBidi"/>
          <w:sz w:val="24"/>
          <w:szCs w:val="24"/>
        </w:rPr>
        <w:br/>
        <w:t>We hope this explanation has helped you understand how to use the program effectively.</w:t>
      </w:r>
      <w:r w:rsidRPr="00701F60">
        <w:rPr>
          <w:rFonts w:asciiTheme="minorBidi" w:hAnsiTheme="minorBidi"/>
          <w:sz w:val="24"/>
          <w:szCs w:val="24"/>
        </w:rPr>
        <w:br/>
        <w:t>If you have any questions or need assistance, please don't hesitate to contact our support team.</w:t>
      </w:r>
      <w:r w:rsidRPr="00701F60">
        <w:rPr>
          <w:rFonts w:asciiTheme="minorBidi" w:hAnsiTheme="minorBidi"/>
          <w:sz w:val="24"/>
          <w:szCs w:val="24"/>
        </w:rPr>
        <w:br/>
        <w:t xml:space="preserve">Thank </w:t>
      </w:r>
      <w:proofErr w:type="gramStart"/>
      <w:r w:rsidRPr="00701F60">
        <w:rPr>
          <w:rFonts w:asciiTheme="minorBidi" w:hAnsiTheme="minorBidi"/>
          <w:sz w:val="24"/>
          <w:szCs w:val="24"/>
        </w:rPr>
        <w:t>you,</w:t>
      </w:r>
      <w:proofErr w:type="gramEnd"/>
      <w:r w:rsidRPr="00701F60">
        <w:rPr>
          <w:rFonts w:asciiTheme="minorBidi" w:hAnsiTheme="minorBidi"/>
          <w:sz w:val="24"/>
          <w:szCs w:val="24"/>
        </w:rPr>
        <w:t xml:space="preserve"> and we wish you a successful training experience.</w:t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</w:r>
      <w:r w:rsidRPr="00701F60">
        <w:rPr>
          <w:rFonts w:asciiTheme="minorBidi" w:hAnsiTheme="minorBidi"/>
          <w:sz w:val="24"/>
          <w:szCs w:val="24"/>
        </w:rPr>
        <w:br/>
      </w:r>
    </w:p>
    <w:sectPr w:rsidR="002509C0" w:rsidRPr="00701F6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509C0"/>
    <w:rsid w:val="0029639D"/>
    <w:rsid w:val="00326F90"/>
    <w:rsid w:val="00701F60"/>
    <w:rsid w:val="00AA1D8D"/>
    <w:rsid w:val="00B47730"/>
    <w:rsid w:val="00CB0664"/>
    <w:rsid w:val="00D54309"/>
    <w:rsid w:val="00DC0D77"/>
    <w:rsid w:val="00E9351D"/>
    <w:rsid w:val="00FC693F"/>
    <w:rsid w:val="00FE3C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hp</cp:lastModifiedBy>
  <cp:revision>3</cp:revision>
  <dcterms:created xsi:type="dcterms:W3CDTF">2026-08-20T13:42:00Z</dcterms:created>
  <dcterms:modified xsi:type="dcterms:W3CDTF">2026-09-04T01:44:00Z</dcterms:modified>
</cp:coreProperties>
</file>